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emplateGuide"/>
      </w:pPr>
      <w:r>
        <w:rPr>
          <w:b/>
          <w:color w:val="2D6A2D"/>
          <w:sz w:val="32"/>
        </w:rPr>
        <w:t>READ ME FIRST — Cookbook template</w:t>
      </w:r>
    </w:p>
    <w:p>
      <w:pPr>
        <w:pStyle w:val="TemplateGuide"/>
      </w:pPr>
      <w:r>
        <w:t>For reflowable cookbooks — recipes with ingredients, numbered steps, notes, and photos. (For a cookbook with a fixed page design, see our Fixed Layout ePub service.) It works for both Kindle and ePub. Delete this page before you send your manuscript.</w:t>
      </w:r>
    </w:p>
    <w:p>
      <w:pPr>
        <w:pStyle w:val="TemplateGuide"/>
      </w:pPr>
      <w:r>
        <w:rPr>
          <w:b/>
        </w:rPr>
        <w:t>How to use it</w:t>
      </w:r>
    </w:p>
    <w:p>
      <w:pPr>
        <w:pStyle w:val="TemplateGuide"/>
      </w:pPr>
      <w:r>
        <w:t>1. Paste your text with Paste Special → Keep Text Only (Ctrl+Shift+V / Cmd+Shift+V).</w:t>
      </w:r>
    </w:p>
    <w:p>
      <w:pPr>
        <w:pStyle w:val="TemplateGuide"/>
      </w:pPr>
      <w:r>
        <w:t>2. Apply the styles from the Styles panel: Heading 1, Heading 2, Recipe Intro, Recipe Details, Ingredients Heading, List Bullet, List Number, Recipe Note, Photo Caption.</w:t>
      </w:r>
    </w:p>
    <w:p>
      <w:pPr>
        <w:pStyle w:val="TemplateGuide"/>
      </w:pPr>
      <w:r>
        <w:t>3. Replace the sample title, copyright, and chapter text with your own.</w:t>
      </w:r>
    </w:p>
    <w:p>
      <w:pPr>
        <w:pStyle w:val="TemplateGuide"/>
      </w:pPr>
      <w:r>
        <w:t>4. Right-click the contents list and choose Update Field → Update entire table.</w:t>
      </w:r>
    </w:p>
    <w:p>
      <w:pPr>
        <w:pStyle w:val="TemplateGuide"/>
      </w:pPr>
      <w:r>
        <w:rPr>
          <w:b/>
        </w:rPr>
        <w:t>Cookbook checks</w:t>
      </w:r>
    </w:p>
    <w:p>
      <w:pPr>
        <w:pStyle w:val="TemplateGuide"/>
      </w:pPr>
      <w:r>
        <w:t>☐  Each recipe title is Heading 2 so every recipe appears in the contents list.</w:t>
      </w:r>
    </w:p>
    <w:p>
      <w:pPr>
        <w:pStyle w:val="TemplateGuide"/>
      </w:pPr>
      <w:r>
        <w:t>☐  Ingredients use List Bullet; method steps use List Number — never type numbers by hand.</w:t>
      </w:r>
    </w:p>
    <w:p>
      <w:pPr>
        <w:pStyle w:val="TemplateGuide"/>
      </w:pPr>
      <w:r>
        <w:t>☐  Put servings and timings in Recipe Details on one line.</w:t>
      </w:r>
    </w:p>
    <w:p>
      <w:pPr>
        <w:pStyle w:val="TemplateGuide"/>
      </w:pPr>
      <w:r>
        <w:t>☐  Photos In Line With Text with a Photo Caption; compress them — photo-heavy cookbooks get large.</w:t>
      </w:r>
    </w:p>
    <w:p>
      <w:pPr>
        <w:pStyle w:val="TemplateGuide"/>
      </w:pPr>
      <w:r>
        <w:rPr>
          <w:b/>
        </w:rPr>
        <w:t>Every book</w:t>
      </w:r>
    </w:p>
    <w:p>
      <w:pPr>
        <w:pStyle w:val="TemplateGuide"/>
      </w:pPr>
      <w:r>
        <w:t>☐  Chapter titles use Heading 1; sections use Heading 2.</w:t>
      </w:r>
    </w:p>
    <w:p>
      <w:pPr>
        <w:pStyle w:val="TemplateGuide"/>
      </w:pPr>
      <w:r>
        <w:t>☐  No tabs, double spaces, or empty lines used for spacing.</w:t>
      </w:r>
    </w:p>
    <w:p>
      <w:pPr>
        <w:pStyle w:val="TemplateGuide"/>
      </w:pPr>
      <w:r>
        <w:t>☐  Images are In Line With Text — no floating images or text boxes.</w:t>
      </w:r>
    </w:p>
    <w:p>
      <w:pPr>
        <w:pStyle w:val="TemplateGuide"/>
      </w:pPr>
      <w:r>
        <w:t>☐  No headers, footers, or page numbers.</w:t>
      </w:r>
    </w:p>
    <w:p>
      <w:pPr>
        <w:pStyle w:val="TemplateGuide"/>
      </w:pPr>
      <w:r>
        <w:t>☐  The table of contents is Word's automatic version (right-click → Update Field).</w:t>
      </w:r>
    </w:p>
    <w:p>
      <w:pPr>
        <w:pStyle w:val="TemplateGuide"/>
      </w:pPr>
      <w:r>
        <w:t>☐  Saved as .docx — send the Word file itself, not a PDF export.</w:t>
      </w:r>
    </w:p>
    <w:p>
      <w:pPr>
        <w:pStyle w:val="TemplateGuide"/>
      </w:pPr>
      <w:r>
        <w:rPr>
          <w:b/>
        </w:rPr>
        <w:t>Publishing on Kindle</w:t>
      </w:r>
    </w:p>
    <w:p>
      <w:pPr>
        <w:pStyle w:val="TemplateGuide"/>
      </w:pPr>
      <w:r>
        <w:t>☐  Cover: upload it separately to KDP at 1,600 × 2,560px (width × height), RGB JPEG under 5MB — do not paste it into this document.</w:t>
      </w:r>
    </w:p>
    <w:p>
      <w:pPr>
        <w:pStyle w:val="TemplateGuide"/>
      </w:pPr>
      <w:r>
        <w:t>☐  Kindle builds its Go To menu from your Heading 1 and Heading 2 styles; keep the in-book contents page as well.</w:t>
      </w:r>
    </w:p>
    <w:p>
      <w:pPr>
        <w:pStyle w:val="TemplateGuide"/>
      </w:pPr>
      <w:r>
        <w:t>☐  Compress images: on the 70% royalty option, KDP deducts $0.15 per MB of file size from every sale.</w:t>
      </w:r>
    </w:p>
    <w:p>
      <w:pPr>
        <w:pStyle w:val="TemplateGuide"/>
      </w:pPr>
      <w:r>
        <w:t>☐  Preview the converted book in Kindle Previewer (free from Amazon) before publishing.</w:t>
      </w:r>
    </w:p>
    <w:p>
      <w:pPr>
        <w:pStyle w:val="TemplateGuide"/>
      </w:pPr>
      <w:r>
        <w:rPr>
          <w:b/>
        </w:rPr>
        <w:t>Publishing as ePub</w:t>
      </w:r>
    </w:p>
    <w:p>
      <w:pPr>
        <w:pStyle w:val="TemplateGuide"/>
      </w:pPr>
      <w:r>
        <w:t>☐  Cover: a portrait image of at least 1,600 × 2,400px (2:3), RGB JPEG — the shape most ePub stores prefer.</w:t>
      </w:r>
    </w:p>
    <w:p>
      <w:pPr>
        <w:pStyle w:val="TemplateGuide"/>
      </w:pPr>
      <w:r>
        <w:t>☐  Add alt text to every image (right-click → View Alt Text) so screen readers can describe it.</w:t>
      </w:r>
    </w:p>
    <w:p>
      <w:pPr>
        <w:pStyle w:val="TemplateGuide"/>
      </w:pPr>
      <w:r>
        <w:t>☐  Set the document language (Review → Language) so the ePub declares it correctly.</w:t>
      </w:r>
    </w:p>
    <w:p>
      <w:pPr>
        <w:pStyle w:val="TemplateGuide"/>
      </w:pPr>
      <w:r>
        <w:t>☐  Validate the finished ePub with EPUBCheck, the W3C's official validator.</w:t>
      </w:r>
    </w:p>
    <w:p>
      <w:pPr>
        <w:pStyle w:val="TemplateGuide"/>
      </w:pPr>
      <w:r>
        <w:rPr>
          <w:color w:val="2D6A2D"/>
        </w:rPr>
        <w:t>Want it done for you? Hand-coded Kindle and ePub conversion from $30: www.ebookifi.com/services/</w:t>
      </w:r>
    </w:p>
    <w:p>
      <w:r>
        <w:br w:type="page"/>
      </w: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  <w:r>
        <w:rPr>
          <w:b/>
          <w:sz w:val="56"/>
        </w:rPr>
        <w:t>BOOK TITLE</w:t>
      </w:r>
    </w:p>
    <w:p>
      <w:pPr>
        <w:pStyle w:val="FrontMatterCentered"/>
      </w:pPr>
      <w:r>
        <w:t>Subtitle (optional)</w:t>
      </w:r>
    </w:p>
    <w:p>
      <w:pPr>
        <w:pStyle w:val="FrontMatterCentered"/>
      </w:pPr>
    </w:p>
    <w:p>
      <w:pPr>
        <w:pStyle w:val="FrontMatterCentered"/>
      </w:pPr>
      <w:r>
        <w:t>Author Name</w:t>
      </w:r>
    </w:p>
    <w:p>
      <w:r>
        <w:br w:type="page"/>
      </w:r>
    </w:p>
    <w:p>
      <w:pPr>
        <w:pStyle w:val="NoIndent"/>
      </w:pPr>
      <w:r>
        <w:t>Copyright © [Year] [Author Name]</w:t>
      </w:r>
    </w:p>
    <w:p>
      <w:pPr>
        <w:pStyle w:val="NoIndent"/>
      </w:pPr>
      <w:r>
        <w:t>All rights reserved.</w:t>
      </w:r>
    </w:p>
    <w:p>
      <w:pPr>
        <w:pStyle w:val="NoIndent"/>
      </w:pPr>
    </w:p>
    <w:p>
      <w:pPr>
        <w:pStyle w:val="NoIndent"/>
      </w:pPr>
      <w:r>
        <w:t>No part of this book may be reproduced in any form without written permission from the author, except for brief quotations in reviews.</w:t>
      </w:r>
    </w:p>
    <w:p>
      <w:pPr>
        <w:pStyle w:val="NoIndent"/>
      </w:pPr>
    </w:p>
    <w:p>
      <w:pPr>
        <w:pStyle w:val="NoIndent"/>
      </w:pPr>
      <w:r>
        <w:t>ISBN: [eBook ISBN, if you have one]</w:t>
      </w:r>
    </w:p>
    <w:p>
      <w:pPr>
        <w:pStyle w:val="NoIndent"/>
      </w:pPr>
    </w:p>
    <w:p>
      <w:pPr>
        <w:pStyle w:val="NoIndent"/>
      </w:pPr>
      <w:r>
        <w:t>Cover design by [Name]</w:t>
      </w:r>
    </w:p>
    <w:p>
      <w:pPr>
        <w:pStyle w:val="NoIndent"/>
      </w:pPr>
      <w:r>
        <w:t>Published by [Publisher or Author Name]</w:t>
      </w:r>
    </w:p>
    <w:p>
      <w:r>
        <w:br w:type="page"/>
      </w: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  <w:r>
        <w:rPr>
          <w:i/>
        </w:rPr>
        <w:t>For [name] — your dedication here.</w:t>
      </w:r>
    </w:p>
    <w:p>
      <w:r>
        <w:br w:type="page"/>
      </w:r>
    </w:p>
    <w:p>
      <w:pPr>
        <w:pStyle w:val="NoIndent"/>
      </w:pPr>
      <w:r>
        <w:rPr>
          <w:b/>
        </w:rPr>
        <w:t>Contents</w:t>
      </w:r>
    </w:p>
    <w:p>
      <w:pPr>
        <w:pStyle w:val="NoIndent"/>
      </w:pPr>
      <w:r>
        <w:fldChar w:fldCharType="begin"/>
        <w:instrText xml:space="preserve">TOC \o "1-2" \h \z \u</w:instrText>
        <w:fldChar w:fldCharType="separate"/>
      </w:r>
      <w:r>
        <w:rPr>
          <w:i/>
        </w:rPr>
        <w:t>Right-click here and choose Update Field to build your contents list.</w:t>
      </w:r>
      <w:r>
        <w:fldChar w:fldCharType="end"/>
      </w:r>
    </w:p>
    <w:p>
      <w:pPr>
        <w:pStyle w:val="Heading1"/>
      </w:pPr>
      <w:r>
        <w:t>Chapter Name (e.g. Breakfast)</w:t>
      </w:r>
    </w:p>
    <w:p>
      <w:pPr>
        <w:pStyle w:val="FirstParagraph"/>
      </w:pPr>
      <w:r>
        <w:t>A short introduction to this chapter of recipes.</w:t>
      </w:r>
    </w:p>
    <w:p>
      <w:pPr>
        <w:pStyle w:val="Heading2"/>
      </w:pPr>
      <w:r>
        <w:t>Recipe Title</w:t>
      </w:r>
    </w:p>
    <w:p>
      <w:pPr>
        <w:pStyle w:val="RecipeIntro"/>
      </w:pPr>
      <w:r>
        <w:t>One or two sentences about the dish — where it comes from, or when to make it.</w:t>
      </w:r>
    </w:p>
    <w:p>
      <w:pPr>
        <w:pStyle w:val="RecipeDetails"/>
      </w:pPr>
      <w:r>
        <w:t>Serves 4  ·  Prep 15 min  ·  Cook 30 min</w:t>
      </w:r>
    </w:p>
    <w:p>
      <w:pPr>
        <w:pStyle w:val="IngredientsHeading"/>
      </w:pPr>
      <w:r>
        <w:t>Ingredients</w:t>
      </w:r>
    </w:p>
    <w:p>
      <w:pPr>
        <w:pStyle w:val="ListBullet"/>
      </w:pPr>
      <w:r>
        <w:t>200g ingredient</w:t>
      </w:r>
    </w:p>
    <w:p>
      <w:pPr>
        <w:pStyle w:val="ListBullet"/>
      </w:pPr>
      <w:r>
        <w:t>2 tbsp ingredient</w:t>
      </w:r>
    </w:p>
    <w:p>
      <w:pPr>
        <w:pStyle w:val="ListBullet"/>
      </w:pPr>
      <w:r>
        <w:t>1 tsp ingredient</w:t>
      </w:r>
    </w:p>
    <w:p>
      <w:pPr>
        <w:pStyle w:val="ListBullet"/>
      </w:pPr>
      <w:r>
        <w:t>Salt and pepper, to taste</w:t>
      </w:r>
    </w:p>
    <w:p>
      <w:pPr>
        <w:pStyle w:val="IngredientsHeading"/>
      </w:pPr>
      <w:r>
        <w:t>Method</w:t>
      </w:r>
    </w:p>
    <w:p>
      <w:pPr>
        <w:pStyle w:val="ListNumber"/>
      </w:pPr>
      <w:r>
        <w:t>First step of the method.</w:t>
      </w:r>
    </w:p>
    <w:p>
      <w:pPr>
        <w:pStyle w:val="ListNumber"/>
      </w:pPr>
      <w:r>
        <w:t>Second step of the method.</w:t>
      </w:r>
    </w:p>
    <w:p>
      <w:pPr>
        <w:pStyle w:val="ListNumber"/>
      </w:pPr>
      <w:r>
        <w:t>Serve and enjoy.</w:t>
      </w:r>
    </w:p>
    <w:p>
      <w:pPr>
        <w:pStyle w:val="RecipeNote"/>
      </w:pPr>
      <w:r>
        <w:t>Note: storage tips, swaps, or variations go in Recipe Note.</w:t>
      </w:r>
    </w:p>
    <w:p>
      <w:pPr>
        <w:pStyle w:val="FrontMatterCentered"/>
      </w:pPr>
      <w:r>
        <w:t>[Insert photo here — In Line With Text]</w:t>
      </w:r>
    </w:p>
    <w:p>
      <w:pPr>
        <w:pStyle w:val="PhotoCaption"/>
      </w:pPr>
      <w:r>
        <w:t>The finished dish.</w:t>
      </w:r>
    </w:p>
    <w:p>
      <w:pPr>
        <w:pStyle w:val="Heading2"/>
      </w:pPr>
      <w:r>
        <w:t>Second Recipe Title</w:t>
      </w:r>
    </w:p>
    <w:p>
      <w:pPr>
        <w:pStyle w:val="RecipeIntro"/>
      </w:pPr>
      <w:r>
        <w:t>Each recipe starts with its own Heading 2.</w:t>
      </w:r>
    </w:p>
    <w:p>
      <w:pPr>
        <w:pStyle w:val="Heading1"/>
      </w:pPr>
      <w:r>
        <w:t>Index of Recipes</w:t>
      </w:r>
    </w:p>
    <w:p>
      <w:pPr>
        <w:pStyle w:val="FirstParagraph"/>
      </w:pPr>
      <w:r>
        <w:t>List recipes alphabetically, or ask us about a linked index.</w:t>
      </w:r>
    </w:p>
    <w:p>
      <w:pPr>
        <w:pStyle w:val="Heading1"/>
      </w:pPr>
      <w:r>
        <w:t>About the Author</w:t>
      </w:r>
    </w:p>
    <w:p>
      <w:pPr>
        <w:pStyle w:val="FirstParagraph"/>
      </w:pPr>
      <w:r>
        <w:t>A short biography — two or three paragraphs about you and your writing. Readers who reach this page are your most engaged readers.</w:t>
      </w:r>
    </w:p>
    <w:p>
      <w:pPr>
        <w:pStyle w:val="NoIndent"/>
      </w:pPr>
      <w:r>
        <w:t>Website: [your website]  ·  Newsletter: [signup link]</w:t>
      </w:r>
    </w:p>
    <w:p>
      <w:pPr>
        <w:pStyle w:val="Heading1"/>
      </w:pPr>
      <w:r>
        <w:t>Also by Author Name</w:t>
      </w:r>
    </w:p>
    <w:p>
      <w:pPr>
        <w:pStyle w:val="NoIndent"/>
      </w:pPr>
      <w:r>
        <w:t>[Book title] — one line about the book</w:t>
      </w:r>
    </w:p>
    <w:p>
      <w:pPr>
        <w:pStyle w:val="NoIndent"/>
      </w:pPr>
      <w:r>
        <w:t>[Book title] — one line about the book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  <w:ind w:firstLine="432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/>
      <w:ind w:firstLine="0"/>
      <w:outlineLvl w:val="0"/>
    </w:pPr>
    <w:rPr>
      <w:rFonts w:asciiTheme="majorHAnsi" w:eastAsiaTheme="majorEastAsia" w:hAnsiTheme="majorHAnsi" w:cstheme="majorBidi" w:ascii="Georgia" w:hAnsi="Georgia"/>
      <w:b/>
      <w:bCs/>
      <w:i w:val="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240" w:after="120"/>
      <w:ind w:firstLine="0"/>
      <w:outlineLvl w:val="1"/>
    </w:pPr>
    <w:rPr>
      <w:rFonts w:asciiTheme="majorHAnsi" w:eastAsiaTheme="majorEastAsia" w:hAnsiTheme="majorHAnsi" w:cstheme="majorBidi" w:ascii="Georgia" w:hAnsi="Georgia"/>
      <w:b/>
      <w:bCs/>
      <w:i w:val="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spacing w:before="120" w:after="120"/>
      <w:ind w:firstLine="0"/>
      <w:outlineLvl w:val="2"/>
    </w:pPr>
    <w:rPr>
      <w:rFonts w:asciiTheme="majorHAnsi" w:eastAsiaTheme="majorEastAsia" w:hAnsiTheme="majorHAnsi" w:cstheme="majorBidi" w:ascii="Georgia" w:hAnsi="Georgia"/>
      <w:b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Paragraph">
    <w:name w:val="First Paragraph"/>
    <w:basedOn w:val="Normal"/>
    <w:qFormat/>
    <w:pPr>
      <w:spacing w:before="0" w:after="0"/>
      <w:ind w:left="0" w:firstLine="0"/>
    </w:pPr>
    <w:rPr/>
  </w:style>
  <w:style w:type="paragraph" w:customStyle="1" w:styleId="NoIndent">
    <w:name w:val="No Indent"/>
    <w:basedOn w:val="Normal"/>
    <w:qFormat/>
    <w:pPr>
      <w:spacing w:before="0" w:after="0"/>
      <w:ind w:left="0" w:firstLine="0"/>
    </w:pPr>
    <w:rPr/>
  </w:style>
  <w:style w:type="paragraph" w:customStyle="1" w:styleId="FrontMatterCentered">
    <w:name w:val="Front Matter Centered"/>
    <w:basedOn w:val="Normal"/>
    <w:qFormat/>
    <w:pPr>
      <w:spacing w:before="0" w:after="0"/>
      <w:ind w:left="0" w:firstLine="0"/>
      <w:jc w:val="center"/>
    </w:pPr>
    <w:rPr/>
  </w:style>
  <w:style w:type="paragraph" w:customStyle="1" w:styleId="SceneBreak">
    <w:name w:val="Scene Break"/>
    <w:basedOn w:val="Normal"/>
    <w:qFormat/>
    <w:pPr>
      <w:spacing w:before="120" w:after="120"/>
      <w:ind w:left="0" w:firstLine="0"/>
      <w:jc w:val="center"/>
    </w:pPr>
    <w:rPr/>
  </w:style>
  <w:style w:type="paragraph" w:customStyle="1" w:styleId="TemplateGuide">
    <w:name w:val="Template Guide"/>
    <w:basedOn w:val="Normal"/>
    <w:qFormat/>
    <w:pPr>
      <w:spacing w:before="0" w:after="120"/>
      <w:ind w:left="0" w:firstLine="0"/>
    </w:pPr>
    <w:rPr>
      <w:rFonts w:ascii="Arial" w:hAnsi="Arial"/>
      <w:color w:val="444444"/>
      <w:sz w:val="20"/>
    </w:rPr>
  </w:style>
  <w:style w:type="paragraph" w:customStyle="1" w:styleId="RecipeIntro">
    <w:name w:val="Recipe Intro"/>
    <w:basedOn w:val="Normal"/>
    <w:qFormat/>
    <w:pPr>
      <w:spacing w:before="80" w:after="160"/>
      <w:ind w:left="0" w:firstLine="0"/>
    </w:pPr>
    <w:rPr>
      <w:i/>
    </w:rPr>
  </w:style>
  <w:style w:type="paragraph" w:customStyle="1" w:styleId="RecipeDetails">
    <w:name w:val="Recipe Details"/>
    <w:basedOn w:val="Normal"/>
    <w:qFormat/>
    <w:pPr>
      <w:spacing w:before="0" w:after="160"/>
      <w:ind w:left="0" w:firstLine="0"/>
    </w:pPr>
    <w:rPr>
      <w:b/>
      <w:sz w:val="22"/>
    </w:rPr>
  </w:style>
  <w:style w:type="paragraph" w:customStyle="1" w:styleId="IngredientsHeading">
    <w:name w:val="Ingredients Heading"/>
    <w:basedOn w:val="Normal"/>
    <w:qFormat/>
    <w:pPr>
      <w:spacing w:before="160" w:after="80"/>
      <w:ind w:left="0" w:firstLine="0"/>
    </w:pPr>
    <w:rPr>
      <w:b/>
    </w:rPr>
  </w:style>
  <w:style w:type="paragraph" w:customStyle="1" w:styleId="RecipeNote">
    <w:name w:val="Recipe Note"/>
    <w:basedOn w:val="Normal"/>
    <w:qFormat/>
    <w:pPr>
      <w:spacing w:before="160" w:after="160"/>
      <w:ind w:left="360" w:firstLine="0"/>
      <w:shd w:val="clear" w:color="auto" w:fill="EAF3DE"/>
    </w:pPr>
    <w:rPr>
      <w:sz w:val="22"/>
    </w:rPr>
  </w:style>
  <w:style w:type="paragraph" w:customStyle="1" w:styleId="PhotoCaption">
    <w:name w:val="Photo Caption"/>
    <w:basedOn w:val="Normal"/>
    <w:qFormat/>
    <w:pPr>
      <w:spacing w:before="80" w:after="200"/>
      <w:ind w:left="0" w:firstLine="0"/>
      <w:jc w:val="center"/>
    </w:pPr>
    <w:rPr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Ebookifi Cookbook Manuscript Template</dc:title>
  <dc:subject/>
  <dc:creator>Ebookifi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