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mplateGuide"/>
      </w:pPr>
      <w:r>
        <w:rPr>
          <w:b/>
          <w:color w:val="2D6A2D"/>
          <w:sz w:val="32"/>
        </w:rPr>
        <w:t>READ ME FIRST — Kindle template</w:t>
      </w:r>
    </w:p>
    <w:p>
      <w:pPr>
        <w:pStyle w:val="TemplateGuide"/>
      </w:pPr>
      <w:r>
        <w:t>This template is set up for Amazon Kindle (KDP). Every style below converts cleanly to a reflowable Kindle eBook. Delete this page before you send your manuscript.</w:t>
      </w:r>
    </w:p>
    <w:p>
      <w:pPr>
        <w:pStyle w:val="TemplateGuide"/>
      </w:pPr>
      <w:r>
        <w:rPr>
          <w:b/>
        </w:rPr>
        <w:t>How to use it</w:t>
      </w:r>
    </w:p>
    <w:p>
      <w:pPr>
        <w:pStyle w:val="TemplateGuide"/>
      </w:pPr>
      <w:r>
        <w:t>1. Paste your text with Paste Special → Keep Text Only (Ctrl+Shift+V / Cmd+Shift+V).</w:t>
      </w:r>
    </w:p>
    <w:p>
      <w:pPr>
        <w:pStyle w:val="TemplateGuide"/>
      </w:pPr>
      <w:r>
        <w:t>2. Apply the styles from the Styles panel: Heading 1, Heading 2, First Paragraph, Normal, No Indent, Block Quote, Poem / Verse, Scene Break.</w:t>
      </w:r>
    </w:p>
    <w:p>
      <w:pPr>
        <w:pStyle w:val="TemplateGuide"/>
      </w:pPr>
      <w:r>
        <w:t>3. Replace the sample title, copyright, and chapter text with your own.</w:t>
      </w:r>
    </w:p>
    <w:p>
      <w:pPr>
        <w:pStyle w:val="TemplateGuide"/>
      </w:pPr>
      <w:r>
        <w:t>4. Right-click the table of contents and choose Update Field → Update entire table.</w:t>
      </w:r>
    </w:p>
    <w:p>
      <w:pPr>
        <w:pStyle w:val="TemplateGuide"/>
      </w:pPr>
      <w:r>
        <w:rPr>
          <w:b/>
        </w:rPr>
        <w:t>Before you send — Kindle checks</w:t>
      </w:r>
    </w:p>
    <w:p>
      <w:pPr>
        <w:pStyle w:val="TemplateGuide"/>
      </w:pPr>
      <w:r>
        <w:t>☐  Cover: upload your cover separately to KDP at 1,600 × 2,560px (width × height), RGB JPEG under 5MB — do not paste it into this document.</w:t>
      </w:r>
    </w:p>
    <w:p>
      <w:pPr>
        <w:pStyle w:val="TemplateGuide"/>
      </w:pPr>
      <w:r>
        <w:t>☐  Keep the in-book table of contents near the front; Kindle also builds its Go To menu from your Heading 1 and Heading 2 styles.</w:t>
      </w:r>
    </w:p>
    <w:p>
      <w:pPr>
        <w:pStyle w:val="TemplateGuide"/>
      </w:pPr>
      <w:r>
        <w:t>☐  Images: at least 1,200px on the longest side, compressed — on the 70% royalty option, KDP deducts a delivery cost of $0.15 per MB for every sale.</w:t>
      </w:r>
    </w:p>
    <w:p>
      <w:pPr>
        <w:pStyle w:val="TemplateGuide"/>
      </w:pPr>
      <w:r>
        <w:t>☐  Preview the converted book in Kindle Previewer (free from Amazon) before you publish.</w:t>
      </w:r>
    </w:p>
    <w:p>
      <w:pPr>
        <w:pStyle w:val="TemplateGuide"/>
      </w:pPr>
      <w:r>
        <w:t>☐  Every chapter title uses Heading 1; sections use Heading 2.</w:t>
      </w:r>
    </w:p>
    <w:p>
      <w:pPr>
        <w:pStyle w:val="TemplateGuide"/>
      </w:pPr>
      <w:r>
        <w:t>☐  Body paragraphs use Normal; the first paragraph of each chapter uses First Paragraph.</w:t>
      </w:r>
    </w:p>
    <w:p>
      <w:pPr>
        <w:pStyle w:val="TemplateGuide"/>
      </w:pPr>
      <w:r>
        <w:t>☐  No tabs, no double spaces, and no empty lines used for spacing.</w:t>
      </w:r>
    </w:p>
    <w:p>
      <w:pPr>
        <w:pStyle w:val="TemplateGuide"/>
      </w:pPr>
      <w:r>
        <w:t>☐  Scene breaks use the Scene Break style (* * *), not blank lines.</w:t>
      </w:r>
    </w:p>
    <w:p>
      <w:pPr>
        <w:pStyle w:val="TemplateGuide"/>
      </w:pPr>
      <w:r>
        <w:t>☐  Images are inserted In Line With Text, not floating or wrapped.</w:t>
      </w:r>
    </w:p>
    <w:p>
      <w:pPr>
        <w:pStyle w:val="TemplateGuide"/>
      </w:pPr>
      <w:r>
        <w:t>☐  No text boxes, headers, footers, or page numbers.</w:t>
      </w:r>
    </w:p>
    <w:p>
      <w:pPr>
        <w:pStyle w:val="TemplateGuide"/>
      </w:pPr>
      <w:r>
        <w:t>☐  Tables are simple: no merged cells.</w:t>
      </w:r>
    </w:p>
    <w:p>
      <w:pPr>
        <w:pStyle w:val="TemplateGuide"/>
      </w:pPr>
      <w:r>
        <w:t>☐  The table of contents is the automatic Word version (right-click → Update Field).</w:t>
      </w:r>
    </w:p>
    <w:p>
      <w:pPr>
        <w:pStyle w:val="TemplateGuide"/>
      </w:pPr>
      <w:r>
        <w:t>☐  Saved as .docx — send the Word file itself, not a PDF export.</w:t>
      </w:r>
    </w:p>
    <w:p>
      <w:pPr>
        <w:pStyle w:val="TemplateGuide"/>
      </w:pPr>
      <w:r>
        <w:rPr>
          <w:color w:val="2D6A2D"/>
        </w:rPr>
        <w:t>Free KDP Royalty Calculator: www.ebookifi.com/resources/kdp-royalty-calculator/  ·  Kindle conversion from $30: www.ebookifi.com/services/kindle-conversion/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b/>
          <w:sz w:val="56"/>
        </w:rPr>
        <w:t>BOOK TITLE</w:t>
      </w:r>
    </w:p>
    <w:p>
      <w:pPr>
        <w:pStyle w:val="FrontMatterCentered"/>
      </w:pPr>
      <w:r>
        <w:t>Subtitle (optional)</w:t>
      </w:r>
    </w:p>
    <w:p>
      <w:pPr>
        <w:pStyle w:val="FrontMatterCentered"/>
      </w:pPr>
    </w:p>
    <w:p>
      <w:pPr>
        <w:pStyle w:val="FrontMatterCentered"/>
      </w:pPr>
      <w:r>
        <w:t>Author Name</w:t>
      </w:r>
    </w:p>
    <w:p>
      <w:r>
        <w:br w:type="page"/>
      </w:r>
    </w:p>
    <w:p>
      <w:pPr>
        <w:pStyle w:val="NoIndent"/>
      </w:pPr>
      <w:r>
        <w:t>Copyright © [Year] [Author Name]</w:t>
      </w:r>
    </w:p>
    <w:p>
      <w:pPr>
        <w:pStyle w:val="NoIndent"/>
      </w:pPr>
      <w:r>
        <w:t>All rights reserved.</w:t>
      </w:r>
    </w:p>
    <w:p>
      <w:pPr>
        <w:pStyle w:val="NoIndent"/>
      </w:pPr>
    </w:p>
    <w:p>
      <w:pPr>
        <w:pStyle w:val="NoIndent"/>
      </w:pPr>
      <w:r>
        <w:t>No part of this book may be reproduced in any form without written permission from the author, except for brief quotations in reviews.</w:t>
      </w:r>
    </w:p>
    <w:p>
      <w:pPr>
        <w:pStyle w:val="NoIndent"/>
      </w:pPr>
    </w:p>
    <w:p>
      <w:pPr>
        <w:pStyle w:val="NoIndent"/>
      </w:pPr>
      <w:r>
        <w:t>Kindle edition ISBN: [ISBN, if you have one]</w:t>
      </w:r>
    </w:p>
    <w:p>
      <w:pPr>
        <w:pStyle w:val="NoIndent"/>
      </w:pPr>
    </w:p>
    <w:p>
      <w:pPr>
        <w:pStyle w:val="NoIndent"/>
      </w:pPr>
      <w:r>
        <w:t>Cover design by [Name]</w:t>
      </w:r>
    </w:p>
    <w:p>
      <w:pPr>
        <w:pStyle w:val="NoIndent"/>
      </w:pPr>
      <w:r>
        <w:t>Published by [Publisher or Author Name]</w:t>
      </w:r>
    </w:p>
    <w:p>
      <w:r>
        <w:br w:type="page"/>
      </w:r>
    </w:p>
    <w:p>
      <w:pPr>
        <w:pStyle w:val="NoIndent"/>
      </w:pPr>
      <w:r>
        <w:rPr>
          <w:b/>
        </w:rPr>
        <w:t>Contents</w:t>
      </w:r>
    </w:p>
    <w:p>
      <w:pPr>
        <w:pStyle w:val="NoIndent"/>
      </w:pPr>
      <w:r>
        <w:fldChar w:fldCharType="begin"/>
        <w:instrText xml:space="preserve">TOC \o "1-2" \h \z \u</w:instrText>
        <w:fldChar w:fldCharType="separate"/>
      </w:r>
      <w:r>
        <w:rPr>
          <w:i/>
        </w:rPr>
        <w:t>Right-click here and choose Update Field to build your table of contents.</w:t>
      </w:r>
      <w:r>
        <w:fldChar w:fldCharType="end"/>
      </w:r>
    </w:p>
    <w:p>
      <w:pPr>
        <w:pStyle w:val="Heading1"/>
      </w:pPr>
      <w:r>
        <w:t>Chapter One</w:t>
      </w:r>
    </w:p>
    <w:p>
      <w:pPr>
        <w:pStyle w:val="FirstParagraph"/>
      </w:pPr>
      <w:r>
        <w:t>This is the First Paragraph style: the opening paragraph of a chapter has no first-line indent. Replace this text with your own.</w:t>
      </w:r>
    </w:p>
    <w:p>
      <w:pPr/>
      <w:r>
        <w:t>This is Normal, used for every other body paragraph. It has a 0.3-inch first-line indent and no blank line between paragraphs.</w:t>
      </w:r>
    </w:p>
    <w:p>
      <w:pPr>
        <w:pStyle w:val="Heading2"/>
      </w:pPr>
      <w:r>
        <w:t>A Section Heading (Heading 2)</w:t>
      </w:r>
    </w:p>
    <w:p>
      <w:pPr>
        <w:pStyle w:val="NoIndent"/>
      </w:pPr>
      <w:r>
        <w:t>Paragraphs straight after a heading can use No Indent.</w:t>
      </w:r>
    </w:p>
    <w:p>
      <w:pPr>
        <w:pStyle w:val="BlockQuote"/>
      </w:pPr>
      <w:r>
        <w:t>Use Block Quote for quoted passages like this one.</w:t>
      </w:r>
    </w:p>
    <w:p>
      <w:pPr>
        <w:pStyle w:val="Poem/Verse"/>
      </w:pPr>
      <w:r>
        <w:t>Use Poem / Verse for poetry,</w:t>
      </w:r>
    </w:p>
    <w:p>
      <w:pPr>
        <w:pStyle w:val="Poem/Verse"/>
      </w:pPr>
      <w:r>
        <w:t>one line per paragraph,</w:t>
      </w:r>
    </w:p>
    <w:p>
      <w:pPr>
        <w:pStyle w:val="Poem/Verse"/>
      </w:pPr>
      <w:r>
        <w:t>so every line break is kept.</w:t>
      </w:r>
    </w:p>
    <w:p>
      <w:pPr>
        <w:pStyle w:val="SceneBreak"/>
      </w:pPr>
      <w:r>
        <w:t>* * *</w:t>
      </w:r>
    </w:p>
    <w:p>
      <w:pPr>
        <w:pStyle w:val="FirstParagraph"/>
      </w:pPr>
      <w:r>
        <w:t>Use Scene Break (a centred * * *) for a break within a chapter instead of empty lines.</w:t>
      </w:r>
    </w:p>
    <w:p>
      <w:pPr>
        <w:pStyle w:val="Heading1"/>
      </w:pPr>
      <w:r>
        <w:t>Chapter Two</w:t>
      </w:r>
    </w:p>
    <w:p>
      <w:pPr>
        <w:pStyle w:val="FirstParagraph"/>
      </w:pPr>
      <w:r>
        <w:t>Every Heading 1 starts on a new page automatically — no page breaks or empty lines needed.</w:t>
      </w:r>
    </w:p>
    <w:p>
      <w:pPr/>
      <w:r>
        <w:t>Questions? support@ebookifi.com — or have your Kindle edition hand-coded by Ebookifi: www.ebookifi.com/services/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  <w:ind w:firstLine="432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/>
      <w:ind w:firstLine="0"/>
      <w:outlineLvl w:val="0"/>
    </w:pPr>
    <w:rPr>
      <w:rFonts w:asciiTheme="majorHAnsi" w:eastAsiaTheme="majorEastAsia" w:hAnsiTheme="majorHAnsi" w:cstheme="majorBidi" w:ascii="Georgia" w:hAnsi="Georgia"/>
      <w:b/>
      <w:bCs/>
      <w:i w:val="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20"/>
      <w:ind w:firstLine="0"/>
      <w:outlineLvl w:val="1"/>
    </w:pPr>
    <w:rPr>
      <w:rFonts w:asciiTheme="majorHAnsi" w:eastAsiaTheme="majorEastAsia" w:hAnsiTheme="majorHAnsi" w:cstheme="majorBidi" w:ascii="Georgia" w:hAnsi="Georgia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120" w:after="120"/>
      <w:ind w:firstLine="0"/>
      <w:outlineLvl w:val="2"/>
    </w:pPr>
    <w:rPr>
      <w:rFonts w:asciiTheme="majorHAnsi" w:eastAsiaTheme="majorEastAsia" w:hAnsiTheme="majorHAnsi" w:cstheme="majorBidi" w:ascii="Georgia" w:hAnsi="Georgia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Normal"/>
    <w:qFormat/>
    <w:pPr>
      <w:spacing w:before="0" w:after="0"/>
      <w:ind w:left="0" w:firstLine="0"/>
    </w:pPr>
    <w:rPr/>
  </w:style>
  <w:style w:type="paragraph" w:customStyle="1" w:styleId="NoIndent">
    <w:name w:val="No Indent"/>
    <w:basedOn w:val="Normal"/>
    <w:qFormat/>
    <w:pPr>
      <w:spacing w:before="0" w:after="0"/>
      <w:ind w:left="0" w:firstLine="0"/>
    </w:pPr>
    <w:rPr/>
  </w:style>
  <w:style w:type="paragraph" w:customStyle="1" w:styleId="BlockQuote">
    <w:name w:val="Block Quote"/>
    <w:basedOn w:val="Normal"/>
    <w:qFormat/>
    <w:pPr>
      <w:spacing w:before="120" w:after="120"/>
      <w:ind w:left="720" w:firstLine="0"/>
    </w:pPr>
    <w:rPr>
      <w:i/>
    </w:rPr>
  </w:style>
  <w:style w:type="paragraph" w:customStyle="1" w:styleId="Poem/Verse">
    <w:name w:val="Poem / Verse"/>
    <w:basedOn w:val="Normal"/>
    <w:qFormat/>
    <w:pPr>
      <w:spacing w:before="0" w:after="0"/>
      <w:ind w:left="720" w:firstLine="0"/>
    </w:pPr>
    <w:rPr/>
  </w:style>
  <w:style w:type="paragraph" w:customStyle="1" w:styleId="SceneBreak">
    <w:name w:val="Scene Break"/>
    <w:basedOn w:val="Normal"/>
    <w:qFormat/>
    <w:pPr>
      <w:spacing w:before="120" w:after="120"/>
      <w:ind w:left="0" w:firstLine="0"/>
      <w:jc w:val="center"/>
    </w:pPr>
    <w:rPr/>
  </w:style>
  <w:style w:type="paragraph" w:customStyle="1" w:styleId="FrontMatterCentered">
    <w:name w:val="Front Matter Centered"/>
    <w:basedOn w:val="Normal"/>
    <w:qFormat/>
    <w:pPr>
      <w:spacing w:before="0" w:after="0"/>
      <w:ind w:left="0" w:firstLine="0"/>
      <w:jc w:val="center"/>
    </w:pPr>
    <w:rPr/>
  </w:style>
  <w:style w:type="paragraph" w:customStyle="1" w:styleId="TemplateGuide">
    <w:name w:val="Template Guide"/>
    <w:basedOn w:val="Normal"/>
    <w:qFormat/>
    <w:pPr>
      <w:spacing w:before="0" w:after="120"/>
      <w:ind w:left="0" w:firstLine="0"/>
    </w:pPr>
    <w:rPr>
      <w:rFonts w:ascii="Arial" w:hAnsi="Arial"/>
      <w:color w:val="444444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Ebookifi Kindle Manuscript Template</dc:title>
  <dc:subject/>
  <dc:creator>Ebookifi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